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מילון מילות 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לעמוד ״מילון מילות שאלה״: התאמת מילה ומשמעות, כתיבה בשפת הבית, השלמת מילת שאלה ושאילת שאלות.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כ־25–30 דקות. מתאים במיוחד לעולים ולעולות; התרגומים באתר לבדיקה מול דוברי השפה (לוודא).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1–ב · 2–ג · 3–א · 4–ד · 5–ה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תשובות אישיות – אפשר להיעזר בעמוד ״מילון״ באתר (התרגומים שם לבדיקה מול דוברי השפה).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· </w:t>
      </w:r>
      <w:r>
        <w:rPr>
          <w:rFonts w:ascii="Arial" w:hAnsi="Arial" w:cs="Arial"/>
          <w:b w:val="0"/>
          <w:sz w:val="22"/>
          <w:rtl w:val="1"/>
          <w:szCs w:val="22"/>
        </w:rPr>
        <w:t>1 – מה · 2 – למה · 3 – איפה · 4 – מי · 5 – מתי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· </w:t>
      </w:r>
      <w:r>
        <w:rPr>
          <w:rFonts w:ascii="Arial" w:hAnsi="Arial" w:cs="Arial"/>
          <w:b w:val="0"/>
          <w:sz w:val="22"/>
          <w:rtl w:val="1"/>
          <w:szCs w:val="22"/>
        </w:rPr>
        <w:t>1 – מי; 2 – מתי. תשובות אישיות במשפט מלא.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מילון מילות שאלה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מילים בשש שפות · מסלול חנ״מ – מותאם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מילה ומשמעות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 מילה לציור.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ציור ומשמעות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🛠️  how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מי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❔  what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איך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👤  who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🤷  why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5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מתי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ה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⏰  when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כתבו כל מילה בשפה שלכם (בכל שפה שאתם מדברים).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2835"/>
        <w:gridCol w:w="850"/>
        <w:gridCol w:w="5953"/>
      </w:tblGrid>
      <w:tr>
        <w:tc>
          <w:tcPr>
            <w:tcW w:type="dxa" w:w="28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עברית</w:t>
            </w:r>
          </w:p>
        </w:tc>
        <w:tc>
          <w:tcPr>
            <w:tcW w:type="dxa" w:w="85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5953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בשפה שלי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❔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______________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מי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👤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______________</w:t>
            </w:r>
          </w:p>
        </w:tc>
      </w:tr>
      <w:tr>
        <w:tc>
          <w:tcPr>
            <w:tcW w:type="dxa" w:w="2835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איך</w:t>
            </w:r>
          </w:p>
        </w:tc>
        <w:tc>
          <w:tcPr>
            <w:tcW w:type="dxa" w:w="850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🛠️</w:t>
            </w:r>
          </w:p>
        </w:tc>
        <w:tc>
          <w:tcPr>
            <w:tcW w:type="dxa" w:w="5953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______________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משלימים את מילת השאלה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הקיפו את המילה הנכונה.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___ שמך? – שמי נועה.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איך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___ לא באת אתמול? – כי הייתי חולה.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למה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___ נמצאת הספרייה? – בקומה השנייה.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למה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איפה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___ מגיעים לבית הספר באוטובוס? – דניאל ושירה.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למה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___ מתחיל השיעור? – בשעה עשר.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מתי</w:t>
      </w:r>
    </w:p>
    <w:p>
      <w:r>
        <w:br w:type="page"/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שואלים ועונים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שאלה עם ״מי״: ___ יושב/ת לידי בכיתה?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תשובה:  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שאלה עם ״מתי״: ___ מתחילה ההפסקה?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תשובה:  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מילון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מילון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