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״בואו בכל המשפחה: יום ספורט ונתינה!״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מודעה · כיתה ז׳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א. במגרש הספורט | משפט מלא: האירוע יתקיים ב…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א. כדי שכולם יוכלו להשתתף | משפט מלא: כתבו זאת כדי 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1–ב · 2–א · 3–ג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א (בן משפחה) · 2 – ב (משחק קופסה או ספר ילדים)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א. כן, כי יש משחקים מגוונים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״בואו בכל המשפחה: יום ספורט ונתינה!״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מודעה · כיתה ז׳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מודעה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בואו בכל המשפחה: יום ספורט ונתינה!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מועצת התלמידים מזמינה את כל משפחות השכבה לבוקר של תנועה, משחק ועזרה לקהילה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כותרת: בואו בכל המשפחה: יום ספורט ונתינה! יום שישי, 14 בחודש, 9:00–13:00. במגרש הספורט. הכניסה חופשית.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תיבה 1: מרוץ שליחים משפחתי. בכל קבוצה תלמיד או תלמידה ובן משפחה. אחר כך תחנות משחק: קליעה לסל, קפיצה בחבל, כדורעף ומסלול מכשולים.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תיבה 2: פינת הנתינה. נכין משחקים לגן, נצבע עציצים לבית האבות ונכתוב גלויות לשכנים. כל משפחה מביאה משחק או ספר לתרומה.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תיבה 3: באים בבגדי ספורט, עם כובע ומים. אפשר להשתתף גם בכיסא גלגלים. בסוף יש ארוחת בוקר. אם יורד גשם – עוברים לאולם.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הרשמה עד יום שלישי אצל המחנכים. שאלות? פנו לנועם ולאמירה. "כשמזיזים את הגוף – גם הלב זז!"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נתינה – עזרה לאחרים, לתת משהו בלי לקבל תמורה · מונגש – מותאם כך שכל אחד יוכל להגיע ולהשתתף, גם אנשים עם מוגבלות · ערכות – קבוצות של חפצים שנאספו יחד לשימוש מסוים · תרומה – דבר שנותנים במתנה כדי לעזור · מסלול מכשולים – דרך שיש בה דברים שצריך לעבור מעליהם, מתחתיהם או ביניהם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באיזה מקום יתקיים האירוע?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במגרש הספורט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בגן השכונתי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בבית האבות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האירוע יתקיים ב… 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כתבו שאפשר להשתתף גם בלי לרוץ?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כדי שכולם יוכלו להשתתף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 אין מספיק מקום לרוץ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כי המרוץ בוטל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כתבו זאת כדי ש… 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הקשר בין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ליצור רעיון חדש שמתאים לטקסט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הציעו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למצוא איך שני דברים מתחברים (סיבה–תוצאה, ניגוד, דוגמה)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ציינו / מנו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לכתוב פרטים בלי להסביר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מתבקשת כל משפחה להביא לפינת הנתינה?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למי מיועדת המודעה? הביאו שתי ראיות מן המודעה לתשובתכם.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האם המודעה משכנעת אתכם להגיע לאירוע? הביעו דעה ונמקו בעזרת שני פרטים מן המודעה.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מי מצטרף לתלמידים במרוץ?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בן משפחה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מורה למתמטיקה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ילדי הגן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מביאים לתרומה?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כדור חדש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משחק קופסה או ספר ילדים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עציץ פרחים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הייתם באים לאירוע?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כן, כי יש משחקים מגוונים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לא, כי אין מה לעשות שם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לא יודע/ת, כי לא כתוב מתי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אני חושב/ת ש… כי במודעה כתוב… 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בואו בכל המשפחה: יום ספורט ונתינה! · כיתה ז׳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בואו בכל המשפחה: יום ספורט ונתינה! · כיתה ז׳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