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״בואו בכל המשפחה: יום ספורט ונתינה!״</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מודעה · כיתה ז׳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״מתי״ · ״איפה״ · ״ציינו״ · ״יום, שעות ומקום״ | ממד: איתור מידע | מה עליי לעשות: לחפש בשורה שמתחת לכותרת את היום, השעות והמקום ולהעתיק אותם | התשובה חייבת לכלול: היום; השעות; המקום</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״מדוע״ · ״הסבירו״ · ״מה אפשר להסיק״ · ״מארגני האירוע״ | ממד: פרשנות והיסק | מה עליי לעשות: להבין למי המשפט מיועד ולכתוב מה הוא מלמד על המארגנים | התשובה חייבת לכלול: הסבר למי המשפט מיועד (מי שלא יכול או לא אוהב לרוץ); מסקנה על המארגנים (רוצים שכולם ירגישו רצויים); קישור למשפט על ההנגשה בתיבה 3</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״מה תפקיד״ · ״המשפט המודגש״ · ״לדעתכם״ · ״נמקו״ | ממד: הערכה וביקורת | מה עליי לעשות: להסביר מה המשפט עושה (סיסמה, משחק מילים) ולהביע עמדה מנומקת | התשובה חייבת לכלול: תפקיד המשפט: סיסמה קליטה שמסכמת ספורט ונתינה; עמדה: מתאים / לא מתאים; נימוק</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1–ה · 2–ג · 3–א · 4–ד · 5–ב</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 · 5 – הערכה וביקורת</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א (בן משפחה) · 2 – ב (משחק קופסה או ספר ילדים) · 3 – ב (תיבה 2)</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8 · הערכה וביקורת · חייבת לכלול: עמדה ברורה (כן / לא / חלקית); פרט ראשון מהמודעה + הסבר; פרט שני מהמודעה + הסבר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״בואו בכל המשפחה: יום ספורט ונתינה!״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מודעה · כיתה ז׳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מודעה</w:t>
            </w:r>
          </w:p>
          <w:p>
            <w:pPr>
              <w:bidi w:val="1"/>
            </w:pPr>
            <w:r>
              <w:rPr>
                <w:rFonts w:ascii="Arial" w:hAnsi="Arial" w:cs="Arial"/>
                <w:b/>
                <w:color w:val="C2417A"/>
                <w:sz w:val="20"/>
                <w:rtl w:val="1"/>
                <w:szCs w:val="20"/>
                <w:bCs/>
              </w:rPr>
              <w:t>בואו בכל המשפחה: יום ספורט ונתינה!</w:t>
            </w:r>
          </w:p>
          <w:p>
            <w:pPr>
              <w:bidi w:val="1"/>
            </w:pPr>
            <w:r>
              <w:rPr>
                <w:rFonts w:ascii="Arial" w:hAnsi="Arial" w:cs="Arial"/>
                <w:b/>
                <w:color w:val="5D5675"/>
                <w:sz w:val="20"/>
                <w:rtl w:val="1"/>
                <w:szCs w:val="20"/>
                <w:bCs/>
              </w:rPr>
              <w:t>מועצת התלמידים מזמינה את כל משפחות השכבה לבוקר של תנועה, משחק ועזרה לקהילה</w:t>
            </w:r>
          </w:p>
          <w:p>
            <w:pPr>
              <w:bidi w:val="1"/>
            </w:pPr>
            <w:r>
              <w:rPr>
                <w:rFonts w:ascii="Arial" w:hAnsi="Arial" w:cs="Arial"/>
                <w:b/>
                <w:color w:val="7A5BD6"/>
                <w:sz w:val="20"/>
                <w:rtl w:val="1"/>
                <w:szCs w:val="20"/>
                <w:bCs/>
              </w:rPr>
              <w:t xml:space="preserve">(1)  </w:t>
            </w:r>
            <w:r>
              <w:rPr>
                <w:rFonts w:ascii="Arial" w:hAnsi="Arial" w:cs="Arial"/>
                <w:b w:val="0"/>
                <w:sz w:val="20"/>
                <w:rtl w:val="1"/>
                <w:szCs w:val="20"/>
              </w:rPr>
              <w:t>כותרת ראשית וסמל: בראש המודעה מופיע ציור של כדור צבעוני ולצדו לב אדום, ומתחתיו כתוב באותיות גדולות: "בואו בכל המשפחה: יום ספורט ונתינה!" מתחת לכותרת מופיעה שורה קטנה יותר: "יום שישי, 14 בחודש, בשעות 9:00–13:00, במגרש הספורט של בית הספר. הכניסה חופשית."</w:t>
            </w:r>
          </w:p>
          <w:p>
            <w:pPr>
              <w:bidi w:val="1"/>
            </w:pPr>
            <w:r>
              <w:rPr>
                <w:rFonts w:ascii="Arial" w:hAnsi="Arial" w:cs="Arial"/>
                <w:b/>
                <w:color w:val="7A5BD6"/>
                <w:sz w:val="20"/>
                <w:rtl w:val="1"/>
                <w:szCs w:val="20"/>
                <w:bCs/>
              </w:rPr>
              <w:t xml:space="preserve">(2)  </w:t>
            </w:r>
            <w:r>
              <w:rPr>
                <w:rFonts w:ascii="Arial" w:hAnsi="Arial" w:cs="Arial"/>
                <w:b w:val="0"/>
                <w:sz w:val="20"/>
                <w:rtl w:val="1"/>
                <w:szCs w:val="20"/>
              </w:rPr>
              <w:t>תיבה 1 – מה מחכה לכם? בבוקר נתחיל במרוץ שליחים משפחתי: כל קבוצה תורכב מתלמיד או תלמידה ומבן משפחה אחד לפחות – הורה, סבא, סבתא, אח או אחות. אחר כך יתקיימו תחנות משחק: קליעה לסל, קפיצה בחבל, כדורעף רך ומסלול מכשולים. בכל תחנה מחכים מדריכים מכיתות ט׳ שיסבירו את החוקים. בסוף כל סבב כל קבוצה תקבל חותמת על כרטיס המשתתף, ומי שיאסוף חמש חותמות יזכה במדבקה "אלופי התנועה".</w:t>
            </w:r>
          </w:p>
          <w:p>
            <w:pPr>
              <w:bidi w:val="1"/>
            </w:pPr>
            <w:r>
              <w:rPr>
                <w:rFonts w:ascii="Arial" w:hAnsi="Arial" w:cs="Arial"/>
                <w:b/>
                <w:color w:val="7A5BD6"/>
                <w:sz w:val="20"/>
                <w:rtl w:val="1"/>
                <w:szCs w:val="20"/>
                <w:bCs/>
              </w:rPr>
              <w:t xml:space="preserve">(3)  </w:t>
            </w:r>
            <w:r>
              <w:rPr>
                <w:rFonts w:ascii="Arial" w:hAnsi="Arial" w:cs="Arial"/>
                <w:b w:val="0"/>
                <w:sz w:val="20"/>
                <w:rtl w:val="1"/>
                <w:szCs w:val="20"/>
              </w:rPr>
              <w:t>תיבה 2 – פינת הנתינה: בזמן שחלק מהמשפחות משחקות, אחרות יעבדו בפינת הנתינה. שם נכין יחד ערכות משחק לילדים בגן השכונתי, נצבע עציצים לבית האבות הסמוך ונכתוב גלויות ברכה לשכנים ותיקים. כל משפחה מתבקשת להביא משחק קופסה שלם או ספר ילדים במצב טוב לתרומה.</w:t>
            </w:r>
          </w:p>
          <w:p>
            <w:pPr>
              <w:bidi w:val="1"/>
            </w:pPr>
            <w:r>
              <w:rPr>
                <w:rFonts w:ascii="Arial" w:hAnsi="Arial" w:cs="Arial"/>
                <w:b/>
                <w:color w:val="7A5BD6"/>
                <w:sz w:val="20"/>
                <w:rtl w:val="1"/>
                <w:szCs w:val="20"/>
                <w:bCs/>
              </w:rPr>
              <w:t xml:space="preserve">(4)  </w:t>
            </w:r>
            <w:r>
              <w:rPr>
                <w:rFonts w:ascii="Arial" w:hAnsi="Arial" w:cs="Arial"/>
                <w:b w:val="0"/>
                <w:sz w:val="20"/>
                <w:rtl w:val="1"/>
                <w:szCs w:val="20"/>
              </w:rPr>
              <w:t>תיבה 3 – חשוב לדעת: יש להגיע בבגדי ספורט ובנעליים נוחות, עם כובע ובקבוק מים. המגרש מונגש לכיסאות גלגלים, ובכל תחנה יש דרך להשתתף גם בלי לרוץ. בסוף הבוקר תוגש ארוחת בוקר קלה שהכינו תלמידי כיתות ח׳. במקרה של גשם האירוע יעבור לאולם הספורט. מומלץ להגיע עשר דקות לפני תחילת האירוע.</w:t>
            </w:r>
          </w:p>
          <w:p>
            <w:pPr>
              <w:bidi w:val="1"/>
            </w:pPr>
            <w:r>
              <w:rPr>
                <w:rFonts w:ascii="Arial" w:hAnsi="Arial" w:cs="Arial"/>
                <w:b/>
                <w:color w:val="7A5BD6"/>
                <w:sz w:val="20"/>
                <w:rtl w:val="1"/>
                <w:szCs w:val="20"/>
                <w:bCs/>
              </w:rPr>
              <w:t xml:space="preserve">(5)  </w:t>
            </w:r>
            <w:r>
              <w:rPr>
                <w:rFonts w:ascii="Arial" w:hAnsi="Arial" w:cs="Arial"/>
                <w:b w:val="0"/>
                <w:sz w:val="20"/>
                <w:rtl w:val="1"/>
                <w:szCs w:val="20"/>
              </w:rPr>
              <w:t>שורה תחתונה: ההרשמה עד יום שלישי אצל המחנכים והמחנכות או בטופס שבאתר הכיתה. שאלות? פנו לנציגי מועצת התלמידים, נועם ואמירה. בתחתית המודעה כתוב באותיות מודגשות: "כשמזיזים את הגוף – גם הלב זז!"</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נתינה – עזרה לאחרים, לתת משהו בלי לקבל תמורה · מונגש – מותאם כך שכל אחד יוכל להגיע ולהשתתף, גם אנשים עם מוגבלות · ערכות – קבוצות של חפצים שנאספו יחד לשימוש מסוים · תרומה – דבר שנותנים במתנה כדי לעזור · מסלול מכשולים – דרך שיש בה דברים שצריך לעבור מעליהם, מתחתיהם או ביניהם</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מתי ואיפה יתקיים יום הספורט והנתינה? ציינו יום, שעות ומקום.</w:t>
      </w:r>
      <w:r>
        <w:rPr>
          <w:rFonts w:ascii="Arial" w:hAnsi="Arial" w:cs="Arial"/>
          <w:b w:val="0"/>
          <w:color w:val="7A7392"/>
          <w:sz w:val="17"/>
          <w:rtl w:val="1"/>
          <w:szCs w:val="17"/>
        </w:rPr>
        <w:t xml:space="preserve">  (שאלה 1 בטקסט · 10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מדוע לדעתכם כתבו במודעה שבכל תחנה "יש דרך להשתתף גם בלי לרוץ"? הסבירו מה אפשר להסיק מכך על מארגני האירוע.</w:t>
      </w:r>
      <w:r>
        <w:rPr>
          <w:rFonts w:ascii="Arial" w:hAnsi="Arial" w:cs="Arial"/>
          <w:b w:val="0"/>
          <w:color w:val="7A7392"/>
          <w:sz w:val="17"/>
          <w:rtl w:val="1"/>
          <w:szCs w:val="17"/>
        </w:rPr>
        <w:t xml:space="preserve">  (שאלה 4 בטקסט · 15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תפקיד המשפט המודגש בתחתית המודעה: "כשמזיזים את הגוף – גם הלב זז!"? האם לדעתכם הוא מתאים לסיום המודעה? נמקו.</w:t>
      </w:r>
      <w:r>
        <w:rPr>
          <w:rFonts w:ascii="Arial" w:hAnsi="Arial" w:cs="Arial"/>
          <w:b w:val="0"/>
          <w:color w:val="7A7392"/>
          <w:sz w:val="17"/>
          <w:rtl w:val="1"/>
          <w:szCs w:val="17"/>
        </w:rPr>
        <w:t xml:space="preserve">  (שאלה 7 בטקסט · 10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על פי / לפי הטקסט</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להוסיף סיבה לכל טענה</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מה ניתן להסיק</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לאתר מספר או כמות</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נמקו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לחבר רמזים ולהגיע למסקנה שלא כתובה במפורש</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למי מיועד</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לזהות את קהל היעד לפי רמזים</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כמה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לענות רק ממה שכתוב, לא מהידע שלי</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מי יכול להשתתף במרוץ השליחים המשפחתי? על פי תיבה 1, ציינו שני בני משפחה שיכולים להצטרף לקבוצה.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מה מתבקשת כל משפחה להביא לפינת הנתינה?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מה הקשר בין הכותרת "יום ספורט ונתינה" לבין שני חלקי האירוע המתוארים בתיבות 1 ו־2? הסבירו.</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למי מיועדת המודעה? הביאו שתי ראיות מן המודעה לתשובתכם.</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5</w:t>
            </w:r>
          </w:p>
        </w:tc>
        <w:tc>
          <w:tcPr>
            <w:tcW w:type="dxa" w:w="5386"/>
          </w:tcPr>
          <w:p>
            <w:pPr>
              <w:bidi w:val="1"/>
            </w:pPr>
            <w:r>
              <w:rPr>
                <w:rFonts w:ascii="Arial" w:hAnsi="Arial" w:cs="Arial"/>
                <w:b w:val="0"/>
                <w:sz w:val="20"/>
                <w:rtl w:val="1"/>
                <w:szCs w:val="20"/>
              </w:rPr>
              <w:t>האם המודעה משכנעת אתכם להגיע לאירוע? הביעו דעה ונמקו בעזרת שני פרטים מן המודעה.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מי מצטרף לתלמידים במרוץ?</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בן משפחה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מורה למתמטיקה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ילדי הגן</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מביאים לתרומה?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כדור חדש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משחק קופסה או ספר ילדים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עציץ פרחים</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איזו תיבה מתאימה למילה "נתינה" בכותרת?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תיבה 1</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תיבה 2</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תיבה 3</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האם המודעה משכנעת אתכם להגיע לאירוע? הביעו דעה ונמקו בעזרת שני פרטים מן המודעה.</w:t>
      </w:r>
      <w:r>
        <w:rPr>
          <w:rFonts w:ascii="Arial" w:hAnsi="Arial" w:cs="Arial"/>
          <w:b w:val="0"/>
          <w:color w:val="7A7392"/>
          <w:sz w:val="17"/>
          <w:rtl w:val="1"/>
          <w:szCs w:val="17"/>
        </w:rPr>
        <w:t xml:space="preserve">  (שאלה 8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בואו בכל המשפחה: יום ספורט ונתינה! · כיתה ז׳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בואו בכל המשפחה: יום ספורט ונתינה! · כיתה ז׳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